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 w:eastAsia="Arial"/>
          <w:b/>
          <w:i w:val="0"/>
          <w:color w:val="8A3D1E"/>
          <w:sz w:val="18"/>
        </w:rPr>
        <w:t>EXERCISE 08 · WORKSHEET</w:t>
      </w:r>
    </w:p>
    <w:p>
      <w:pPr>
        <w:spacing w:after="80"/>
      </w:pPr>
      <w:r>
        <w:rPr>
          <w:rFonts w:ascii="Georgia" w:hAnsi="Georgia" w:eastAsia="Georgia"/>
          <w:b w:val="0"/>
          <w:i w:val="0"/>
          <w:color w:val="17322E"/>
          <w:sz w:val="44"/>
        </w:rPr>
        <w:t>Disability Lineage Letters</w:t>
      </w:r>
    </w:p>
    <w:p>
      <w:r>
        <w:rPr>
          <w:rFonts w:ascii="Arial" w:hAnsi="Arial" w:eastAsia="Arial"/>
          <w:b/>
          <w:i w:val="0"/>
          <w:color w:val="8A3D1E"/>
          <w:sz w:val="20"/>
        </w:rPr>
        <w:t>My disability lineage · Date: __________</w:t>
      </w:r>
    </w:p>
    <w:p>
      <w:pPr>
        <w:spacing w:before="200" w:after="40"/>
      </w:pPr>
      <w:r>
        <w:rPr>
          <w:rFonts w:ascii="Georgia" w:hAnsi="Georgia" w:eastAsia="Georgia"/>
          <w:b w:val="0"/>
          <w:i w:val="0"/>
          <w:color w:val="17322E"/>
          <w:sz w:val="27"/>
        </w:rPr>
        <w:t>My lineage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C9BFB3"/>
          <w:left w:val="single" w:sz="6" w:space="0" w:color="C9BFB3"/>
          <w:bottom w:val="single" w:sz="6" w:space="0" w:color="C9BFB3"/>
          <w:right w:val="single" w:sz="6" w:space="0" w:color="C9BFB3"/>
          <w:insideH w:val="single" w:sz="6" w:space="0" w:color="C9BFB3"/>
          <w:insideV w:val="single" w:sz="6" w:space="0" w:color="C9BFB3"/>
        </w:tblBorders>
      </w:tblPr>
      <w:tblGrid>
        <w:gridCol w:w="3251"/>
        <w:gridCol w:w="3251"/>
        <w:gridCol w:w="3251"/>
      </w:tblGrid>
      <w:tr>
        <w:trPr>
          <w:trHeight w:val="1701" w:hRule="atLeast"/>
        </w:trPr>
        <w:tc>
          <w:tcPr>
            <w:tcW w:type="dxa" w:w="3251"/>
          </w:tcPr>
          <w:p>
            <w:r>
              <w:rPr>
                <w:rFonts w:ascii="Arial" w:hAnsi="Arial" w:eastAsia="Arial"/>
                <w:b/>
                <w:i w:val="0"/>
                <w:color w:val="8A3D1E"/>
                <w:sz w:val="20"/>
              </w:rPr>
              <w:t>Before me</w:t>
            </w:r>
          </w:p>
        </w:tc>
        <w:tc>
          <w:tcPr>
            <w:tcW w:type="dxa" w:w="3251"/>
          </w:tcPr>
          <w:p>
            <w:r>
              <w:rPr>
                <w:rFonts w:ascii="Arial" w:hAnsi="Arial" w:eastAsia="Arial"/>
                <w:b/>
                <w:i w:val="0"/>
                <w:color w:val="8A3D1E"/>
                <w:sz w:val="20"/>
              </w:rPr>
              <w:t>Around me now</w:t>
            </w:r>
          </w:p>
        </w:tc>
        <w:tc>
          <w:tcPr>
            <w:tcW w:type="dxa" w:w="3251"/>
          </w:tcPr>
          <w:p>
            <w:r>
              <w:rPr>
                <w:rFonts w:ascii="Arial" w:hAnsi="Arial" w:eastAsia="Arial"/>
                <w:b/>
                <w:i w:val="0"/>
                <w:color w:val="8A3D1E"/>
                <w:sz w:val="20"/>
              </w:rPr>
              <w:t>After me</w:t>
            </w:r>
          </w:p>
        </w:tc>
      </w:tr>
    </w:tbl>
    <w:p>
      <w:pPr>
        <w:spacing w:before="200" w:after="40"/>
      </w:pPr>
      <w:r>
        <w:rPr>
          <w:rFonts w:ascii="Georgia" w:hAnsi="Georgia" w:eastAsia="Georgia"/>
          <w:b w:val="0"/>
          <w:i w:val="0"/>
          <w:color w:val="17322E"/>
          <w:sz w:val="27"/>
        </w:rPr>
        <w:t>Dear ___________ (someone who came before)</w:t>
      </w:r>
    </w:p>
    <w:p>
      <w:pPr>
        <w:spacing w:before="280" w:after="0"/>
        <w:pBdr>
          <w:bottom w:val="single" w:sz="6" w:space="1" w:color="C9BFB3"/>
        </w:pBdr>
      </w:pPr>
      <w:r>
        <w:rPr>
          <w:rFonts w:ascii="Arial" w:hAnsi="Arial" w:eastAsia="Arial"/>
          <w:b w:val="0"/>
          <w:i w:val="0"/>
          <w:color w:val="33413D"/>
          <w:sz w:val="24"/>
        </w:rPr>
        <w:t xml:space="preserve"> </w:t>
      </w:r>
    </w:p>
    <w:p>
      <w:pPr>
        <w:spacing w:after="0" w:line="40" w:lineRule="exact"/>
      </w:pPr>
      <w:r>
        <w:rPr>
          <w:rFonts w:ascii="Arial" w:hAnsi="Arial" w:eastAsia="Arial"/>
          <w:b w:val="0"/>
          <w:i w:val="0"/>
          <w:color w:val="33413D"/>
          <w:sz w:val="4"/>
        </w:rPr>
      </w:r>
    </w:p>
    <w:p>
      <w:pPr>
        <w:spacing w:before="280" w:after="0"/>
        <w:pBdr>
          <w:bottom w:val="single" w:sz="6" w:space="1" w:color="C9BFB3"/>
        </w:pBdr>
      </w:pPr>
      <w:r>
        <w:rPr>
          <w:rFonts w:ascii="Arial" w:hAnsi="Arial" w:eastAsia="Arial"/>
          <w:b w:val="0"/>
          <w:i w:val="0"/>
          <w:color w:val="33413D"/>
          <w:sz w:val="24"/>
        </w:rPr>
        <w:t xml:space="preserve"> </w:t>
      </w:r>
    </w:p>
    <w:p>
      <w:pPr>
        <w:spacing w:after="0" w:line="40" w:lineRule="exact"/>
      </w:pPr>
      <w:r>
        <w:rPr>
          <w:rFonts w:ascii="Arial" w:hAnsi="Arial" w:eastAsia="Arial"/>
          <w:b w:val="0"/>
          <w:i w:val="0"/>
          <w:color w:val="33413D"/>
          <w:sz w:val="4"/>
        </w:rPr>
      </w:r>
    </w:p>
    <w:p>
      <w:pPr>
        <w:spacing w:before="280" w:after="0"/>
        <w:pBdr>
          <w:bottom w:val="single" w:sz="6" w:space="1" w:color="C9BFB3"/>
        </w:pBdr>
      </w:pPr>
      <w:r>
        <w:rPr>
          <w:rFonts w:ascii="Arial" w:hAnsi="Arial" w:eastAsia="Arial"/>
          <w:b w:val="0"/>
          <w:i w:val="0"/>
          <w:color w:val="33413D"/>
          <w:sz w:val="24"/>
        </w:rPr>
        <w:t xml:space="preserve"> </w:t>
      </w:r>
    </w:p>
    <w:p>
      <w:pPr>
        <w:spacing w:after="0" w:line="40" w:lineRule="exact"/>
      </w:pPr>
      <w:r>
        <w:rPr>
          <w:rFonts w:ascii="Arial" w:hAnsi="Arial" w:eastAsia="Arial"/>
          <w:b w:val="0"/>
          <w:i w:val="0"/>
          <w:color w:val="33413D"/>
          <w:sz w:val="4"/>
        </w:rPr>
      </w:r>
    </w:p>
    <w:p>
      <w:pPr>
        <w:spacing w:before="280" w:after="0"/>
        <w:pBdr>
          <w:bottom w:val="single" w:sz="6" w:space="1" w:color="C9BFB3"/>
        </w:pBdr>
      </w:pPr>
      <w:r>
        <w:rPr>
          <w:rFonts w:ascii="Arial" w:hAnsi="Arial" w:eastAsia="Arial"/>
          <w:b w:val="0"/>
          <w:i w:val="0"/>
          <w:color w:val="33413D"/>
          <w:sz w:val="24"/>
        </w:rPr>
        <w:t xml:space="preserve"> </w:t>
      </w:r>
    </w:p>
    <w:p>
      <w:pPr>
        <w:spacing w:after="0" w:line="40" w:lineRule="exact"/>
      </w:pPr>
      <w:r>
        <w:rPr>
          <w:rFonts w:ascii="Arial" w:hAnsi="Arial" w:eastAsia="Arial"/>
          <w:b w:val="0"/>
          <w:i w:val="0"/>
          <w:color w:val="33413D"/>
          <w:sz w:val="4"/>
        </w:rPr>
      </w:r>
    </w:p>
    <w:p>
      <w:pPr>
        <w:spacing w:before="200" w:after="40"/>
      </w:pPr>
      <w:r>
        <w:rPr>
          <w:rFonts w:ascii="Georgia" w:hAnsi="Georgia" w:eastAsia="Georgia"/>
          <w:b w:val="0"/>
          <w:i w:val="0"/>
          <w:color w:val="17322E"/>
          <w:sz w:val="27"/>
        </w:rPr>
        <w:t>Their reply</w:t>
      </w:r>
    </w:p>
    <w:p>
      <w:pPr>
        <w:spacing w:before="280" w:after="0"/>
        <w:pBdr>
          <w:bottom w:val="single" w:sz="6" w:space="1" w:color="C9BFB3"/>
        </w:pBdr>
      </w:pPr>
      <w:r>
        <w:rPr>
          <w:rFonts w:ascii="Arial" w:hAnsi="Arial" w:eastAsia="Arial"/>
          <w:b w:val="0"/>
          <w:i w:val="0"/>
          <w:color w:val="33413D"/>
          <w:sz w:val="24"/>
        </w:rPr>
        <w:t xml:space="preserve"> </w:t>
      </w:r>
    </w:p>
    <w:p>
      <w:pPr>
        <w:spacing w:after="0" w:line="40" w:lineRule="exact"/>
      </w:pPr>
      <w:r>
        <w:rPr>
          <w:rFonts w:ascii="Arial" w:hAnsi="Arial" w:eastAsia="Arial"/>
          <w:b w:val="0"/>
          <w:i w:val="0"/>
          <w:color w:val="33413D"/>
          <w:sz w:val="4"/>
        </w:rPr>
      </w:r>
    </w:p>
    <w:p>
      <w:pPr>
        <w:spacing w:before="280" w:after="0"/>
        <w:pBdr>
          <w:bottom w:val="single" w:sz="6" w:space="1" w:color="C9BFB3"/>
        </w:pBdr>
      </w:pPr>
      <w:r>
        <w:rPr>
          <w:rFonts w:ascii="Arial" w:hAnsi="Arial" w:eastAsia="Arial"/>
          <w:b w:val="0"/>
          <w:i w:val="0"/>
          <w:color w:val="33413D"/>
          <w:sz w:val="24"/>
        </w:rPr>
        <w:t xml:space="preserve"> </w:t>
      </w:r>
    </w:p>
    <w:p>
      <w:pPr>
        <w:spacing w:after="0" w:line="40" w:lineRule="exact"/>
      </w:pPr>
      <w:r>
        <w:rPr>
          <w:rFonts w:ascii="Arial" w:hAnsi="Arial" w:eastAsia="Arial"/>
          <w:b w:val="0"/>
          <w:i w:val="0"/>
          <w:color w:val="33413D"/>
          <w:sz w:val="4"/>
        </w:rPr>
      </w:r>
    </w:p>
    <w:p>
      <w:pPr>
        <w:spacing w:before="280" w:after="0"/>
        <w:pBdr>
          <w:bottom w:val="single" w:sz="6" w:space="1" w:color="C9BFB3"/>
        </w:pBdr>
      </w:pPr>
      <w:r>
        <w:rPr>
          <w:rFonts w:ascii="Arial" w:hAnsi="Arial" w:eastAsia="Arial"/>
          <w:b w:val="0"/>
          <w:i w:val="0"/>
          <w:color w:val="33413D"/>
          <w:sz w:val="24"/>
        </w:rPr>
        <w:t xml:space="preserve"> </w:t>
      </w:r>
    </w:p>
    <w:p>
      <w:pPr>
        <w:spacing w:after="0" w:line="40" w:lineRule="exact"/>
      </w:pPr>
      <w:r>
        <w:rPr>
          <w:rFonts w:ascii="Arial" w:hAnsi="Arial" w:eastAsia="Arial"/>
          <w:b w:val="0"/>
          <w:i w:val="0"/>
          <w:color w:val="33413D"/>
          <w:sz w:val="4"/>
        </w:rPr>
      </w:r>
    </w:p>
    <w:p>
      <w:pPr>
        <w:spacing w:before="200" w:after="40"/>
      </w:pPr>
      <w:r>
        <w:rPr>
          <w:rFonts w:ascii="Georgia" w:hAnsi="Georgia" w:eastAsia="Georgia"/>
          <w:b w:val="0"/>
          <w:i w:val="0"/>
          <w:color w:val="17322E"/>
          <w:sz w:val="27"/>
        </w:rPr>
        <w:t>Dear future disabled person</w:t>
      </w:r>
    </w:p>
    <w:p>
      <w:pPr>
        <w:spacing w:before="280" w:after="0"/>
        <w:pBdr>
          <w:bottom w:val="single" w:sz="6" w:space="1" w:color="C9BFB3"/>
        </w:pBdr>
      </w:pPr>
      <w:r>
        <w:rPr>
          <w:rFonts w:ascii="Arial" w:hAnsi="Arial" w:eastAsia="Arial"/>
          <w:b w:val="0"/>
          <w:i w:val="0"/>
          <w:color w:val="33413D"/>
          <w:sz w:val="24"/>
        </w:rPr>
        <w:t xml:space="preserve"> </w:t>
      </w:r>
    </w:p>
    <w:p>
      <w:pPr>
        <w:spacing w:after="0" w:line="40" w:lineRule="exact"/>
      </w:pPr>
      <w:r>
        <w:rPr>
          <w:rFonts w:ascii="Arial" w:hAnsi="Arial" w:eastAsia="Arial"/>
          <w:b w:val="0"/>
          <w:i w:val="0"/>
          <w:color w:val="33413D"/>
          <w:sz w:val="4"/>
        </w:rPr>
      </w:r>
    </w:p>
    <w:p>
      <w:pPr>
        <w:spacing w:before="280" w:after="0"/>
        <w:pBdr>
          <w:bottom w:val="single" w:sz="6" w:space="1" w:color="C9BFB3"/>
        </w:pBdr>
      </w:pPr>
      <w:r>
        <w:rPr>
          <w:rFonts w:ascii="Arial" w:hAnsi="Arial" w:eastAsia="Arial"/>
          <w:b w:val="0"/>
          <w:i w:val="0"/>
          <w:color w:val="33413D"/>
          <w:sz w:val="24"/>
        </w:rPr>
        <w:t xml:space="preserve"> </w:t>
      </w:r>
    </w:p>
    <w:p>
      <w:pPr>
        <w:spacing w:after="0" w:line="40" w:lineRule="exact"/>
      </w:pPr>
      <w:r>
        <w:rPr>
          <w:rFonts w:ascii="Arial" w:hAnsi="Arial" w:eastAsia="Arial"/>
          <w:b w:val="0"/>
          <w:i w:val="0"/>
          <w:color w:val="33413D"/>
          <w:sz w:val="4"/>
        </w:rPr>
      </w:r>
    </w:p>
    <w:p>
      <w:pPr>
        <w:spacing w:before="280" w:after="0"/>
        <w:pBdr>
          <w:bottom w:val="single" w:sz="6" w:space="1" w:color="C9BFB3"/>
        </w:pBdr>
      </w:pPr>
      <w:r>
        <w:rPr>
          <w:rFonts w:ascii="Arial" w:hAnsi="Arial" w:eastAsia="Arial"/>
          <w:b w:val="0"/>
          <w:i w:val="0"/>
          <w:color w:val="33413D"/>
          <w:sz w:val="24"/>
        </w:rPr>
        <w:t xml:space="preserve"> </w:t>
      </w:r>
    </w:p>
    <w:p>
      <w:pPr>
        <w:spacing w:after="0" w:line="40" w:lineRule="exact"/>
      </w:pPr>
      <w:r>
        <w:rPr>
          <w:rFonts w:ascii="Arial" w:hAnsi="Arial" w:eastAsia="Arial"/>
          <w:b w:val="0"/>
          <w:i w:val="0"/>
          <w:color w:val="33413D"/>
          <w:sz w:val="4"/>
        </w:rPr>
      </w:r>
    </w:p>
    <w:p>
      <w:pPr>
        <w:spacing w:before="280" w:after="0"/>
        <w:pBdr>
          <w:bottom w:val="single" w:sz="6" w:space="1" w:color="C9BFB3"/>
        </w:pBdr>
      </w:pPr>
      <w:r>
        <w:rPr>
          <w:rFonts w:ascii="Arial" w:hAnsi="Arial" w:eastAsia="Arial"/>
          <w:b w:val="0"/>
          <w:i w:val="0"/>
          <w:color w:val="33413D"/>
          <w:sz w:val="24"/>
        </w:rPr>
        <w:t xml:space="preserve"> </w:t>
      </w:r>
    </w:p>
    <w:p>
      <w:pPr>
        <w:spacing w:after="0" w:line="40" w:lineRule="exact"/>
      </w:pPr>
      <w:r>
        <w:rPr>
          <w:rFonts w:ascii="Arial" w:hAnsi="Arial" w:eastAsia="Arial"/>
          <w:b w:val="0"/>
          <w:i w:val="0"/>
          <w:color w:val="33413D"/>
          <w:sz w:val="4"/>
        </w:rPr>
      </w:r>
    </w:p>
    <w:p>
      <w:pPr>
        <w:spacing w:before="280"/>
      </w:pPr>
      <w:r>
        <w:rPr>
          <w:rFonts w:ascii="Arial" w:hAnsi="Arial" w:eastAsia="Arial"/>
          <w:b w:val="0"/>
          <w:i w:val="0"/>
          <w:color w:val="4B5B56"/>
          <w:sz w:val="17"/>
        </w:rPr>
        <w:t>Full guide: disabilityinpsychotherapy.online/tools-and-cases/therapy-exercises/lineage-letters/ · Free to use and adapt for non-commercial use (CC BY-NC 4.0). Not a substitute for therapy or medical advice.</w:t>
      </w:r>
    </w:p>
    <w:sectPr w:rsidR="00FC693F" w:rsidRPr="0006063C" w:rsidSect="00034616"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